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63" w:type="dxa"/>
        <w:jc w:val="center"/>
        <w:tblLook w:val="04A0" w:firstRow="1" w:lastRow="0" w:firstColumn="1" w:lastColumn="0" w:noHBand="0" w:noVBand="1"/>
      </w:tblPr>
      <w:tblGrid>
        <w:gridCol w:w="1262"/>
        <w:gridCol w:w="1075"/>
        <w:gridCol w:w="6489"/>
        <w:gridCol w:w="1277"/>
        <w:gridCol w:w="1060"/>
      </w:tblGrid>
      <w:tr w:rsidR="007E3E2B" w:rsidRPr="007E3E2B" w14:paraId="040594AF" w14:textId="77777777" w:rsidTr="007E3E2B">
        <w:trPr>
          <w:cantSplit/>
          <w:jc w:val="center"/>
        </w:trPr>
        <w:tc>
          <w:tcPr>
            <w:tcW w:w="1262" w:type="dxa"/>
            <w:noWrap/>
            <w:vAlign w:val="center"/>
            <w:hideMark/>
          </w:tcPr>
          <w:p w14:paraId="4FC3957D" w14:textId="61ED39A4" w:rsidR="007E3E2B" w:rsidRPr="007E3E2B" w:rsidRDefault="007E3E2B">
            <w:pPr>
              <w:pStyle w:val="Header"/>
              <w:spacing w:line="276" w:lineRule="auto"/>
              <w:rPr>
                <w:rFonts w:cs="Times New Roman"/>
                <w:sz w:val="22"/>
              </w:rPr>
            </w:pPr>
            <w:r w:rsidRPr="007E3E2B">
              <w:rPr>
                <w:rFonts w:cs="Times New Roman"/>
                <w:noProof/>
                <w:sz w:val="22"/>
              </w:rPr>
              <w:drawing>
                <wp:anchor distT="0" distB="0" distL="114300" distR="114300" simplePos="0" relativeHeight="251662336" behindDoc="1" locked="0" layoutInCell="1" allowOverlap="1" wp14:anchorId="41932294" wp14:editId="667CEF1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70485</wp:posOffset>
                  </wp:positionV>
                  <wp:extent cx="868680" cy="601345"/>
                  <wp:effectExtent l="0" t="0" r="7620" b="8255"/>
                  <wp:wrapNone/>
                  <wp:docPr id="6009753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60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4"/>
            </w:tblGrid>
            <w:tr w:rsidR="007E3E2B" w:rsidRPr="007E3E2B" w14:paraId="57133D5A" w14:textId="77777777">
              <w:trPr>
                <w:trHeight w:val="133"/>
                <w:tblCellSpacing w:w="0" w:type="dxa"/>
              </w:trPr>
              <w:tc>
                <w:tcPr>
                  <w:tcW w:w="904" w:type="dxa"/>
                  <w:noWrap/>
                  <w:vAlign w:val="bottom"/>
                  <w:hideMark/>
                </w:tcPr>
                <w:p w14:paraId="1D4ABBCC" w14:textId="77777777" w:rsidR="007E3E2B" w:rsidRPr="007E3E2B" w:rsidRDefault="007E3E2B">
                  <w:pPr>
                    <w:rPr>
                      <w:rFonts w:cs="Times New Roman"/>
                    </w:rPr>
                  </w:pPr>
                </w:p>
              </w:tc>
            </w:tr>
          </w:tbl>
          <w:p w14:paraId="18258109" w14:textId="77777777" w:rsidR="007E3E2B" w:rsidRPr="007E3E2B" w:rsidRDefault="007E3E2B">
            <w:pPr>
              <w:spacing w:after="0"/>
              <w:rPr>
                <w:rFonts w:cs="Times New Roman"/>
                <w:sz w:val="22"/>
              </w:rPr>
            </w:pPr>
          </w:p>
        </w:tc>
        <w:tc>
          <w:tcPr>
            <w:tcW w:w="1075" w:type="dxa"/>
            <w:noWrap/>
            <w:vAlign w:val="center"/>
            <w:hideMark/>
          </w:tcPr>
          <w:p w14:paraId="71D3F9DA" w14:textId="13C2D375" w:rsidR="007E3E2B" w:rsidRPr="007E3E2B" w:rsidRDefault="007E3E2B">
            <w:pPr>
              <w:pStyle w:val="Header"/>
              <w:spacing w:line="276" w:lineRule="auto"/>
              <w:rPr>
                <w:rFonts w:cs="Times New Roman"/>
                <w:sz w:val="22"/>
              </w:rPr>
            </w:pPr>
            <w:r w:rsidRPr="007E3E2B">
              <w:rPr>
                <w:rFonts w:cs="Times New Roman"/>
                <w:noProof/>
                <w:sz w:val="22"/>
              </w:rPr>
              <w:drawing>
                <wp:anchor distT="0" distB="0" distL="114300" distR="114300" simplePos="0" relativeHeight="251659264" behindDoc="1" locked="0" layoutInCell="1" allowOverlap="1" wp14:anchorId="44A24D99" wp14:editId="3F96B5A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76200</wp:posOffset>
                  </wp:positionV>
                  <wp:extent cx="609600" cy="609600"/>
                  <wp:effectExtent l="0" t="0" r="0" b="0"/>
                  <wp:wrapNone/>
                  <wp:docPr id="7523554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9" w:type="dxa"/>
            <w:noWrap/>
            <w:vAlign w:val="center"/>
            <w:hideMark/>
          </w:tcPr>
          <w:tbl>
            <w:tblPr>
              <w:tblW w:w="609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96"/>
            </w:tblGrid>
            <w:tr w:rsidR="007E3E2B" w:rsidRPr="007E3E2B" w14:paraId="666D0567" w14:textId="77777777">
              <w:trPr>
                <w:trHeight w:val="273"/>
                <w:tblCellSpacing w:w="0" w:type="dxa"/>
              </w:trPr>
              <w:tc>
                <w:tcPr>
                  <w:tcW w:w="6096" w:type="dxa"/>
                  <w:noWrap/>
                  <w:hideMark/>
                </w:tcPr>
                <w:p w14:paraId="6C251A40" w14:textId="0391CA75" w:rsidR="007E3E2B" w:rsidRPr="007E3E2B" w:rsidRDefault="007E3E2B">
                  <w:pPr>
                    <w:pStyle w:val="Header"/>
                    <w:spacing w:line="276" w:lineRule="auto"/>
                    <w:jc w:val="center"/>
                    <w:rPr>
                      <w:rFonts w:cs="Times New Roman"/>
                      <w:b/>
                      <w:bCs/>
                      <w:lang w:val="es-MX"/>
                    </w:rPr>
                  </w:pPr>
                  <w:r w:rsidRPr="007E3E2B">
                    <w:rPr>
                      <w:rFonts w:cs="Times New Roman"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2187CB83" wp14:editId="2EBC2986">
                        <wp:simplePos x="0" y="0"/>
                        <wp:positionH relativeFrom="column">
                          <wp:posOffset>3988435</wp:posOffset>
                        </wp:positionH>
                        <wp:positionV relativeFrom="paragraph">
                          <wp:posOffset>106045</wp:posOffset>
                        </wp:positionV>
                        <wp:extent cx="541655" cy="603885"/>
                        <wp:effectExtent l="0" t="0" r="0" b="5715"/>
                        <wp:wrapNone/>
                        <wp:docPr id="86939642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603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3E2B">
                    <w:rPr>
                      <w:rFonts w:cs="Times New Roman"/>
                      <w:b/>
                      <w:bCs/>
                      <w:lang w:val="es-MX"/>
                    </w:rPr>
                    <w:t>SPITALUL CLINIC DE BOLI INFECTIOASE „SF. CUV. PARASCHEVA” GALATI</w:t>
                  </w:r>
                </w:p>
              </w:tc>
            </w:tr>
          </w:tbl>
          <w:p w14:paraId="7F753FDE" w14:textId="77777777" w:rsidR="007E3E2B" w:rsidRPr="007E3E2B" w:rsidRDefault="007E3E2B">
            <w:pPr>
              <w:spacing w:after="0"/>
              <w:rPr>
                <w:rFonts w:cs="Times New Roman"/>
              </w:rPr>
            </w:pPr>
          </w:p>
        </w:tc>
        <w:tc>
          <w:tcPr>
            <w:tcW w:w="1277" w:type="dxa"/>
            <w:noWrap/>
            <w:vAlign w:val="center"/>
            <w:hideMark/>
          </w:tcPr>
          <w:p w14:paraId="502026BA" w14:textId="25DACDC5" w:rsidR="007E3E2B" w:rsidRPr="007E3E2B" w:rsidRDefault="007E3E2B">
            <w:pPr>
              <w:pStyle w:val="Header"/>
              <w:spacing w:line="276" w:lineRule="auto"/>
              <w:rPr>
                <w:rFonts w:cs="Times New Roman"/>
                <w:b/>
                <w:bCs/>
                <w:sz w:val="22"/>
                <w:lang w:val="es-MX"/>
              </w:rPr>
            </w:pPr>
            <w:r w:rsidRPr="007E3E2B">
              <w:rPr>
                <w:rFonts w:cs="Times New Roman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71972DC3" wp14:editId="2A2D45C8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109220</wp:posOffset>
                  </wp:positionV>
                  <wp:extent cx="540385" cy="635000"/>
                  <wp:effectExtent l="0" t="0" r="0" b="0"/>
                  <wp:wrapNone/>
                  <wp:docPr id="1380181109" name="Picture 1" descr="ISO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0" w:type="dxa"/>
            <w:noWrap/>
            <w:vAlign w:val="center"/>
            <w:hideMark/>
          </w:tcPr>
          <w:p w14:paraId="7C7A89CE" w14:textId="77777777" w:rsidR="007E3E2B" w:rsidRPr="007E3E2B" w:rsidRDefault="007E3E2B">
            <w:pPr>
              <w:rPr>
                <w:rFonts w:cs="Times New Roman"/>
                <w:b/>
                <w:bCs/>
                <w:lang w:val="es-MX"/>
              </w:rPr>
            </w:pPr>
          </w:p>
        </w:tc>
      </w:tr>
      <w:tr w:rsidR="007E3E2B" w:rsidRPr="007E3E2B" w14:paraId="464F3D43" w14:textId="77777777" w:rsidTr="007E3E2B">
        <w:trPr>
          <w:cantSplit/>
          <w:jc w:val="center"/>
        </w:trPr>
        <w:tc>
          <w:tcPr>
            <w:tcW w:w="1262" w:type="dxa"/>
            <w:noWrap/>
            <w:vAlign w:val="center"/>
            <w:hideMark/>
          </w:tcPr>
          <w:p w14:paraId="65259FF7" w14:textId="77777777" w:rsidR="007E3E2B" w:rsidRPr="007E3E2B" w:rsidRDefault="007E3E2B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5" w:type="dxa"/>
            <w:noWrap/>
            <w:vAlign w:val="center"/>
            <w:hideMark/>
          </w:tcPr>
          <w:p w14:paraId="6F76AEE1" w14:textId="77777777" w:rsidR="007E3E2B" w:rsidRPr="007E3E2B" w:rsidRDefault="007E3E2B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89" w:type="dxa"/>
            <w:noWrap/>
            <w:vAlign w:val="center"/>
            <w:hideMark/>
          </w:tcPr>
          <w:p w14:paraId="371FDA03" w14:textId="77777777" w:rsidR="007E3E2B" w:rsidRPr="007E3E2B" w:rsidRDefault="007E3E2B">
            <w:pPr>
              <w:pStyle w:val="Header"/>
              <w:spacing w:line="276" w:lineRule="auto"/>
              <w:jc w:val="center"/>
              <w:rPr>
                <w:rFonts w:cs="Times New Roman"/>
                <w:sz w:val="18"/>
                <w:szCs w:val="18"/>
              </w:rPr>
            </w:pPr>
            <w:r w:rsidRPr="007E3E2B">
              <w:rPr>
                <w:rFonts w:cs="Times New Roman"/>
                <w:sz w:val="18"/>
                <w:szCs w:val="18"/>
              </w:rPr>
              <w:t>CUI 3347072 : Str. Traian nr.393</w:t>
            </w:r>
          </w:p>
        </w:tc>
        <w:tc>
          <w:tcPr>
            <w:tcW w:w="1277" w:type="dxa"/>
            <w:noWrap/>
            <w:vAlign w:val="center"/>
            <w:hideMark/>
          </w:tcPr>
          <w:p w14:paraId="5BFB6AB2" w14:textId="77777777" w:rsidR="007E3E2B" w:rsidRPr="007E3E2B" w:rsidRDefault="007E3E2B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noWrap/>
            <w:vAlign w:val="center"/>
            <w:hideMark/>
          </w:tcPr>
          <w:p w14:paraId="5739250D" w14:textId="77777777" w:rsidR="007E3E2B" w:rsidRPr="007E3E2B" w:rsidRDefault="007E3E2B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7E3E2B" w:rsidRPr="007E3E2B" w14:paraId="3E30F69A" w14:textId="77777777" w:rsidTr="007E3E2B">
        <w:trPr>
          <w:cantSplit/>
          <w:jc w:val="center"/>
        </w:trPr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EE0F80" w14:textId="77777777" w:rsidR="007E3E2B" w:rsidRPr="007E3E2B" w:rsidRDefault="007E3E2B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D58B60" w14:textId="77777777" w:rsidR="007E3E2B" w:rsidRPr="007E3E2B" w:rsidRDefault="007E3E2B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50AE9B" w14:textId="77777777" w:rsidR="007E3E2B" w:rsidRPr="007E3E2B" w:rsidRDefault="007E3E2B">
            <w:pPr>
              <w:pStyle w:val="Header"/>
              <w:spacing w:line="276" w:lineRule="auto"/>
              <w:jc w:val="center"/>
              <w:rPr>
                <w:rFonts w:cs="Times New Roman"/>
                <w:sz w:val="18"/>
                <w:szCs w:val="18"/>
                <w:lang w:val="es-MX"/>
              </w:rPr>
            </w:pPr>
            <w:r w:rsidRPr="007E3E2B">
              <w:rPr>
                <w:rFonts w:cs="Times New Roman"/>
                <w:sz w:val="18"/>
                <w:szCs w:val="18"/>
                <w:lang w:val="es-MX"/>
              </w:rPr>
              <w:t xml:space="preserve">Telefon:+40-236-334022; Fax:+40-236-467752, </w:t>
            </w:r>
            <w:hyperlink r:id="rId10" w:history="1">
              <w:r w:rsidRPr="007E3E2B">
                <w:rPr>
                  <w:rStyle w:val="Hyperlink"/>
                  <w:rFonts w:cs="Times New Roman"/>
                  <w:sz w:val="18"/>
                  <w:szCs w:val="18"/>
                  <w:lang w:val="es-MX"/>
                </w:rPr>
                <w:t>www.sbigl.ro</w:t>
              </w:r>
            </w:hyperlink>
            <w:r w:rsidRPr="007E3E2B">
              <w:rPr>
                <w:rFonts w:cs="Times New Roman"/>
                <w:sz w:val="18"/>
                <w:szCs w:val="18"/>
                <w:lang w:val="es-MX"/>
              </w:rPr>
              <w:t>; email:spitalul3@gmail.com</w:t>
            </w:r>
          </w:p>
          <w:p w14:paraId="484723C9" w14:textId="77777777" w:rsidR="007E3E2B" w:rsidRPr="007E3E2B" w:rsidRDefault="007E3E2B">
            <w:pPr>
              <w:pStyle w:val="Header"/>
              <w:spacing w:line="276" w:lineRule="auto"/>
              <w:jc w:val="center"/>
              <w:rPr>
                <w:rFonts w:cs="Times New Roman"/>
                <w:sz w:val="18"/>
                <w:szCs w:val="18"/>
                <w:lang w:val="es-MX"/>
              </w:rPr>
            </w:pPr>
            <w:r w:rsidRPr="007E3E2B">
              <w:rPr>
                <w:rFonts w:cs="Times New Roman"/>
                <w:color w:val="000000"/>
                <w:sz w:val="14"/>
                <w:szCs w:val="14"/>
              </w:rPr>
              <w:t>Operator de date cu caracter personal inregistrat la A.N.S.P.D.C.P cu numarul 17508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34A7B0" w14:textId="77777777" w:rsidR="007E3E2B" w:rsidRPr="007E3E2B" w:rsidRDefault="007E3E2B">
            <w:pPr>
              <w:rPr>
                <w:rFonts w:cs="Times New Roman"/>
                <w:sz w:val="18"/>
                <w:szCs w:val="18"/>
                <w:lang w:val="es-MX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120AB1" w14:textId="77777777" w:rsidR="007E3E2B" w:rsidRPr="007E3E2B" w:rsidRDefault="007E3E2B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</w:tbl>
    <w:p w14:paraId="65EF0805" w14:textId="33F46206" w:rsidR="008F222A" w:rsidRPr="007E3E2B" w:rsidRDefault="00000000">
      <w:pPr>
        <w:pStyle w:val="Heading1"/>
        <w:rPr>
          <w:rFonts w:ascii="Times New Roman" w:hAnsi="Times New Roman" w:cs="Times New Roman"/>
        </w:rPr>
      </w:pPr>
      <w:r w:rsidRPr="007E3E2B">
        <w:rPr>
          <w:rFonts w:ascii="Times New Roman" w:hAnsi="Times New Roman" w:cs="Times New Roman"/>
        </w:rPr>
        <w:t>ANEXA 6 - PROTOCOL DE COLABORARE</w:t>
      </w:r>
    </w:p>
    <w:p w14:paraId="1E138ED8" w14:textId="554C729E" w:rsidR="008F222A" w:rsidRPr="007E3E2B" w:rsidRDefault="00000000">
      <w:pPr>
        <w:rPr>
          <w:rFonts w:cs="Times New Roman"/>
        </w:rPr>
      </w:pPr>
      <w:r w:rsidRPr="007E3E2B">
        <w:rPr>
          <w:rFonts w:cs="Times New Roman"/>
        </w:rPr>
        <w:br/>
        <w:t>CAPITOLUL I. Părțile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Spitalul Clinic de Boli Infecțioase “Sfânta Cuvioasa Parascheva” cu sediul în Galați, Str. Traian, nr. 393, tel. +40 236 334 022, web: https://sbigl.ro/, e-mail: spitalul3@gmail.com, reprezentat prin Dr. Drăgănescu Miruna în calitate de Director medical</w:t>
      </w:r>
      <w:r w:rsidRPr="007E3E2B">
        <w:rPr>
          <w:rFonts w:cs="Times New Roman"/>
        </w:rPr>
        <w:br/>
        <w:t>și</w:t>
      </w:r>
      <w:r w:rsidRPr="007E3E2B">
        <w:rPr>
          <w:rFonts w:cs="Times New Roman"/>
        </w:rPr>
        <w:br/>
        <w:t>Subsemnatul/Subsemnata, ……………………………………………… domiciliat(ă) în localitatea ……………………, Str. ……………………, Nr. ……, Bl. ……., Sc. ……., Ap. ……., județul/sectorul ……………, legitimat(ă) cu ………… Seria ………… Nr. …………, nr. de telefon …………………, adresă de e-mail ……………………, în calitate de partener, convin prin prezentul protocol să colaboreze pentru realizarea scopului și obiectivelor precizate, adoptând de comun acord metodologia de lucru și supunându-se în totalitate obligațiilor comune și a celor stabilite de cealaltă parte.</w:t>
      </w:r>
      <w:r w:rsidRPr="007E3E2B">
        <w:rPr>
          <w:rFonts w:cs="Times New Roman"/>
        </w:rPr>
        <w:br/>
        <w:t>Numele instituției ……………………. cu sediul în ………………, Str. …………….., Nr. ……, Nume și prenume coordonator lucrare …………………….., titlul lucrării ……………………………………… 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II. Scopul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Scopul prezentului protocol îl reprezintă stabilirea cadrului, a modului de colaborare între părți și a promovării reciproce.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III. Obiectul contractului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Obiectul prezentului Protocol de colaborare îl constituie stabilirea rolului și responsabilităților partenerilor în cadrul Proiectului educațional, cu titlul ………………………………… .</w:t>
      </w:r>
      <w:r w:rsidRPr="007E3E2B">
        <w:rPr>
          <w:rFonts w:cs="Times New Roman"/>
        </w:rPr>
        <w:br/>
        <w:t>1. Realizarea studiului pentru ………………………………………… .</w:t>
      </w:r>
      <w:r w:rsidRPr="007E3E2B">
        <w:rPr>
          <w:rFonts w:cs="Times New Roman"/>
        </w:rPr>
        <w:br/>
        <w:t>2. Folosirea în acest scop a arhivei medicale a Spitalului Clinic de Boli Infecțioase “Sfânta Cuvioasa Parascheva” Galați.</w:t>
      </w:r>
      <w:r w:rsidRPr="007E3E2B">
        <w:rPr>
          <w:rFonts w:cs="Times New Roman"/>
        </w:rPr>
        <w:br/>
        <w:t xml:space="preserve">3. Folosirea în acest scop a bazei de date electronice a spitalului, valabil doar pentru </w:t>
      </w:r>
      <w:r w:rsidRPr="007E3E2B">
        <w:rPr>
          <w:rFonts w:cs="Times New Roman"/>
        </w:rPr>
        <w:lastRenderedPageBreak/>
        <w:t>personalul contractual al acestuia.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IV. Metodologia de lucru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Părțile semnatare convin asupra următoarelor modalități de lucru:</w:t>
      </w:r>
      <w:r w:rsidRPr="007E3E2B">
        <w:rPr>
          <w:rFonts w:cs="Times New Roman"/>
        </w:rPr>
        <w:br/>
        <w:t>1. Consultarea a maximum 15 foi o dată.</w:t>
      </w:r>
      <w:r w:rsidRPr="007E3E2B">
        <w:rPr>
          <w:rFonts w:cs="Times New Roman"/>
        </w:rPr>
        <w:br/>
        <w:t>2. Respectarea programului de lucru și programarea făcută.</w:t>
      </w:r>
      <w:r w:rsidRPr="007E3E2B">
        <w:rPr>
          <w:rFonts w:cs="Times New Roman"/>
        </w:rPr>
        <w:br/>
        <w:t>3. Legarea și ordonarea documentelor așa cum au fost constituite.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V. Obligațiile părților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1. Obligațiile Spitalului Clinic de Boli Infecțioase:</w:t>
      </w:r>
      <w:r w:rsidRPr="007E3E2B">
        <w:rPr>
          <w:rFonts w:cs="Times New Roman"/>
        </w:rPr>
        <w:br/>
        <w:t>- Să pună la dispoziție partenerului documentele din arhiva medicală referitoare la tema lucrării;</w:t>
      </w:r>
      <w:r w:rsidRPr="007E3E2B">
        <w:rPr>
          <w:rFonts w:cs="Times New Roman"/>
        </w:rPr>
        <w:br/>
        <w:t>- Să asigure condițiile necesare culegerii și prelucrării datelor la sediul spitalului, fără ca documentele să părăsească instituția.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2. Obligațiile partenerului:</w:t>
      </w:r>
      <w:r w:rsidRPr="007E3E2B">
        <w:rPr>
          <w:rFonts w:cs="Times New Roman"/>
        </w:rPr>
        <w:br/>
        <w:t>- Respectarea confidențialității datelor pacienților;</w:t>
      </w:r>
      <w:r w:rsidRPr="007E3E2B">
        <w:rPr>
          <w:rFonts w:cs="Times New Roman"/>
        </w:rPr>
        <w:br/>
        <w:t>- Respectarea normelor etice;</w:t>
      </w:r>
      <w:r w:rsidRPr="007E3E2B">
        <w:rPr>
          <w:rFonts w:cs="Times New Roman"/>
        </w:rPr>
        <w:br/>
        <w:t>- Menționarea spitalului în lucrarea finală;</w:t>
      </w:r>
      <w:r w:rsidRPr="007E3E2B">
        <w:rPr>
          <w:rFonts w:cs="Times New Roman"/>
        </w:rPr>
        <w:br/>
        <w:t>- Predarea unui exemplar al lucrării spitalului;</w:t>
      </w:r>
      <w:r w:rsidRPr="007E3E2B">
        <w:rPr>
          <w:rFonts w:cs="Times New Roman"/>
        </w:rPr>
        <w:br/>
        <w:t>- Studierea documentelor prin notițe scrise, fără fotocopiere;</w:t>
      </w:r>
      <w:r w:rsidRPr="007E3E2B">
        <w:rPr>
          <w:rFonts w:cs="Times New Roman"/>
        </w:rPr>
        <w:br/>
        <w:t>- Răspunderea pentru integritatea documentelor;</w:t>
      </w:r>
      <w:r w:rsidRPr="007E3E2B">
        <w:rPr>
          <w:rFonts w:cs="Times New Roman"/>
        </w:rPr>
        <w:br/>
        <w:t>- Semnarea în “Registrul de Depozit” la primirea și predarea documentelor.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VI. Protecția informațiilor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1. REGULAMENTUL (UE) 2016/679 privind protecția datelor.</w:t>
      </w:r>
      <w:r w:rsidRPr="007E3E2B">
        <w:rPr>
          <w:rFonts w:cs="Times New Roman"/>
        </w:rPr>
        <w:br/>
        <w:t>2. Anexa Nr. 2 la OMS nr. 1501/2016 – Notă de informare privind protecţia datelor.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VII. Durata protocolului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Valabilitate: 3 luni de la semnare, cu posibilitate de prelungire prin act adițional.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VIII. Denunțarea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Rezilierea are loc în caz de:</w:t>
      </w:r>
      <w:r w:rsidRPr="007E3E2B">
        <w:rPr>
          <w:rFonts w:cs="Times New Roman"/>
        </w:rPr>
        <w:br/>
        <w:t>- Nerespectarea protocolului;</w:t>
      </w:r>
      <w:r w:rsidRPr="007E3E2B">
        <w:rPr>
          <w:rFonts w:cs="Times New Roman"/>
        </w:rPr>
        <w:br/>
        <w:t>- Finalizarea studiului;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lastRenderedPageBreak/>
        <w:t>- Acordul părților;</w:t>
      </w:r>
      <w:r w:rsidRPr="007E3E2B">
        <w:rPr>
          <w:rFonts w:cs="Times New Roman"/>
        </w:rPr>
        <w:br/>
        <w:t>- Forța majoră.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IX. Litigii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Litigiile se soluționează pe cale amiabilă sau, în caz contrar, de instanțele competente.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CAPITOLUL X. Dispoziții finale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Protocolul intră în vigoare la data semnării. Se semnează în 2 exemplare originale, câte unul pentru fiecare parte.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>Încheiat astăzi, …………………………………</w:t>
      </w:r>
      <w:r w:rsidRPr="007E3E2B">
        <w:rPr>
          <w:rFonts w:cs="Times New Roman"/>
        </w:rPr>
        <w:br/>
      </w:r>
      <w:r w:rsidRPr="007E3E2B">
        <w:rPr>
          <w:rFonts w:cs="Times New Roman"/>
        </w:rPr>
        <w:br/>
        <w:t xml:space="preserve">Solicitant: </w:t>
      </w:r>
      <w:r w:rsidR="006B34DD">
        <w:rPr>
          <w:rFonts w:cs="Times New Roman"/>
        </w:rPr>
        <w:t xml:space="preserve">                                                                          DIRECTOR MEDICAL,</w:t>
      </w:r>
      <w:r w:rsidRPr="007E3E2B">
        <w:rPr>
          <w:rFonts w:cs="Times New Roman"/>
        </w:rPr>
        <w:br/>
        <w:t>Semnătura:</w:t>
      </w:r>
      <w:r w:rsidR="006B34DD">
        <w:rPr>
          <w:rFonts w:cs="Times New Roman"/>
        </w:rPr>
        <w:t xml:space="preserve">                                                      </w:t>
      </w:r>
      <w:r w:rsidR="004039DA">
        <w:rPr>
          <w:rFonts w:cs="Times New Roman"/>
        </w:rPr>
        <w:t xml:space="preserve">     </w:t>
      </w:r>
      <w:r w:rsidR="006B34DD">
        <w:rPr>
          <w:rFonts w:cs="Times New Roman"/>
        </w:rPr>
        <w:t xml:space="preserve">       Prof.Dr.Draganescu Miruna</w:t>
      </w:r>
      <w:r w:rsidRPr="007E3E2B">
        <w:rPr>
          <w:rFonts w:cs="Times New Roman"/>
        </w:rPr>
        <w:br/>
      </w:r>
    </w:p>
    <w:sectPr w:rsidR="008F222A" w:rsidRPr="007E3E2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8398136">
    <w:abstractNumId w:val="8"/>
  </w:num>
  <w:num w:numId="2" w16cid:durableId="2096630927">
    <w:abstractNumId w:val="6"/>
  </w:num>
  <w:num w:numId="3" w16cid:durableId="1691104152">
    <w:abstractNumId w:val="5"/>
  </w:num>
  <w:num w:numId="4" w16cid:durableId="697656855">
    <w:abstractNumId w:val="4"/>
  </w:num>
  <w:num w:numId="5" w16cid:durableId="1222401176">
    <w:abstractNumId w:val="7"/>
  </w:num>
  <w:num w:numId="6" w16cid:durableId="728382739">
    <w:abstractNumId w:val="3"/>
  </w:num>
  <w:num w:numId="7" w16cid:durableId="1026372432">
    <w:abstractNumId w:val="2"/>
  </w:num>
  <w:num w:numId="8" w16cid:durableId="362438638">
    <w:abstractNumId w:val="1"/>
  </w:num>
  <w:num w:numId="9" w16cid:durableId="202096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039DA"/>
    <w:rsid w:val="005430B9"/>
    <w:rsid w:val="006B34DD"/>
    <w:rsid w:val="007E3E2B"/>
    <w:rsid w:val="008F222A"/>
    <w:rsid w:val="00AA1D8D"/>
    <w:rsid w:val="00B47730"/>
    <w:rsid w:val="00CB0664"/>
    <w:rsid w:val="00D82B4E"/>
    <w:rsid w:val="00E919E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927A5"/>
  <w14:defaultImageDpi w14:val="300"/>
  <w15:docId w15:val="{FACD94CF-F11D-4A12-BF07-C7DB8744A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7E3E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bigl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SBI</cp:lastModifiedBy>
  <cp:revision>7</cp:revision>
  <dcterms:created xsi:type="dcterms:W3CDTF">2013-12-23T23:15:00Z</dcterms:created>
  <dcterms:modified xsi:type="dcterms:W3CDTF">2025-06-25T11:07:00Z</dcterms:modified>
  <cp:category/>
</cp:coreProperties>
</file>